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94560" cy="21945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2E88B71-2634-42B9-8E74-185483DA50FB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194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t>NUTZUNGSVEREINBARUNG</w:t>
      </w:r>
    </w:p>
    <w:p>
      <w:pPr>
        <w:jc w:val="center"/>
      </w:pPr>
      <w:r>
        <w:t>APERELLA – MOBILE BAR</w:t>
        <w:br/>
        <w:t>www.aperella.de</w:t>
      </w:r>
    </w:p>
    <w:p>
      <w:pPr>
        <w:pStyle w:val="Heading2"/>
      </w:pPr>
      <w:r>
        <w:t>Nutzerdaten</w:t>
      </w:r>
    </w:p>
    <w:p>
      <w:r>
        <w:t>Name:</w:t>
      </w:r>
    </w:p>
    <w:p>
      <w:r>
        <w:t>______________________________________________________________________________</w:t>
      </w:r>
    </w:p>
    <w:p/>
    <w:p>
      <w:r>
        <w:t>Anschrift:</w:t>
      </w:r>
    </w:p>
    <w:p>
      <w:r>
        <w:t>______________________________________________________________________________</w:t>
      </w:r>
    </w:p>
    <w:p/>
    <w:p>
      <w:r>
        <w:t>Telefon:</w:t>
      </w:r>
    </w:p>
    <w:p>
      <w:r>
        <w:t>______________________________________________________________________________</w:t>
      </w:r>
    </w:p>
    <w:p/>
    <w:p>
      <w:r>
        <w:t>E-Mail:</w:t>
      </w:r>
    </w:p>
    <w:p>
      <w:r>
        <w:t>______________________________________________________________________________</w:t>
      </w:r>
    </w:p>
    <w:p/>
    <w:p>
      <w:r>
        <w:t>Mietdatum:</w:t>
      </w:r>
    </w:p>
    <w:p>
      <w:r>
        <w:t>______________________________________________________________________________</w:t>
      </w:r>
    </w:p>
    <w:p/>
    <w:p>
      <w:r>
        <w:t>Rückgabe am:</w:t>
      </w:r>
    </w:p>
    <w:p>
      <w:r>
        <w:t>______________________________________________________________________________</w:t>
      </w:r>
    </w:p>
    <w:p/>
    <w:p>
      <w:pPr>
        <w:pStyle w:val="Heading2"/>
      </w:pPr>
      <w:r>
        <w:t>Übergebene Ausstattung</w:t>
      </w:r>
    </w:p>
    <w:p>
      <w:r>
        <w:t>☐ Zapfanlage</w:t>
      </w:r>
    </w:p>
    <w:p>
      <w:r>
        <w:t>☐ Anker Powerstation C1000</w:t>
      </w:r>
    </w:p>
    <w:p>
      <w:pPr>
        <w:pStyle w:val="Heading2"/>
      </w:pPr>
      <w:r>
        <w:t>Pflichten des Mieters</w:t>
      </w:r>
    </w:p>
    <w:p>
      <w:pPr>
        <w:pStyle w:val="ListBullet"/>
      </w:pPr>
      <w:r>
        <w:t>Die ApeRella ist sorgfältig zu behandeln.</w:t>
      </w:r>
    </w:p>
    <w:p>
      <w:pPr>
        <w:pStyle w:val="ListBullet"/>
      </w:pPr>
      <w:r>
        <w:t>Eine Weitervermietung ist nicht gestattet.</w:t>
      </w:r>
    </w:p>
    <w:p>
      <w:pPr>
        <w:pStyle w:val="ListBullet"/>
      </w:pPr>
      <w:r>
        <w:t>Schäden oder Defekte sind unverzüglich mitzuteilen.</w:t>
      </w:r>
    </w:p>
    <w:p>
      <w:pPr>
        <w:pStyle w:val="ListBullet"/>
      </w:pPr>
      <w:r>
        <w:t>Die Rückgabe erfolgt vollständig und zum vereinbarten Zeitpunkt.</w:t>
      </w:r>
    </w:p>
    <w:p>
      <w:pPr>
        <w:pStyle w:val="ListBullet"/>
      </w:pPr>
      <w:r>
        <w:t>Für während der Mietzeit entstandene Schäden haftet der Mieter, soweit diese von ihm verursacht wurden.</w:t>
      </w:r>
    </w:p>
    <w:p>
      <w:pPr>
        <w:pStyle w:val="ListBullet"/>
      </w:pPr>
      <w:r>
        <w:t>Die Anker Powerstation ist mit dem übergebenen Zubehör vollständig zurückzugeben.</w:t>
      </w:r>
    </w:p>
    <w:p>
      <w:pPr>
        <w:pStyle w:val="Heading2"/>
      </w:pPr>
      <w:r>
        <w:t>Bemerkungen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Mit ihrer Unterschrift bestätigen beide Parteien die ordnungsgemäße Übergabe sowie die Anerkennung dieser Nutzungsvereinbarung.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t>VERMIETER</w:t>
            </w:r>
          </w:p>
        </w:tc>
        <w:tc>
          <w:tcPr>
            <w:tcW w:type="dxa" w:w="5256"/>
          </w:tcPr>
          <w:p>
            <w:r>
              <w:t>MIETER</w:t>
            </w:r>
          </w:p>
        </w:tc>
      </w:tr>
      <w:tr>
        <w:tc>
          <w:tcPr>
            <w:tcW w:type="dxa" w:w="5256"/>
          </w:tcPr>
          <w:p>
            <w:r>
              <w:br/>
              <w:br/>
              <w:t>____________________________</w:t>
              <w:br/>
              <w:t>Datum / Unterschrift</w:t>
            </w:r>
          </w:p>
        </w:tc>
        <w:tc>
          <w:tcPr>
            <w:tcW w:type="dxa" w:w="5256"/>
          </w:tcPr>
          <w:p>
            <w:r>
              <w:br/>
              <w:br/>
              <w:t>____________________________</w:t>
              <w:br/>
              <w:t>Datum / Unterschrift</w:t>
            </w:r>
          </w:p>
        </w:tc>
      </w:tr>
    </w:tbl>
    <w:p>
      <w:pPr>
        <w:jc w:val="center"/>
      </w:pPr>
      <w:r>
        <w:t>ApeRella – Mobile Bar | www.aperella.de</w:t>
      </w:r>
    </w:p>
    <w:sectPr w:rsidR="00FC693F" w:rsidRPr="0006063C" w:rsidSect="00034616"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